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Langages formels calculabilité et complexité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Carton/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237p.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9782711720774</w:t>
            </w:r>
          </w:p>
        </w:tc>
      </w:tr>
    </w:tbl>
    <w:p>
      <w:pPr>
        <w:pStyle w:val="Heading3"/>
      </w:pPr>
      <w:r>
        <w:t>Résumé :</w:t>
      </w:r>
    </w:p>
    <w:p>
      <w:r>
        <w:t>Discipline en plein essor, l'informatique fondamentale foisonne déjà de résultats remarquables. De la théorie des langages formels aux notions de calculabilité et de complexité, cet ouvrage facile d'accès constitue une introduction à l'informatique fondamentale dont il couvre les grands domaines.</w:t>
        <w:br/>
        <w:br/>
        <w:br/>
        <w:br/>
        <w:t>Les différentes notions sont mises en relation, les notions de base y sont illustrées de nombreux exemples et l'ensemble est enrichi de compléments qui permettront d'aller plus loin.</w:t>
        <w:br/>
        <w:br/>
        <w:br/>
        <w:br/>
        <w:t>Aucune connaissance préalable n'est requise pour utiliser ce manuel. Il s'adresse aux étudiants en Master d'informatique ou de mathématiques comme à tous ceux qui désirent acquérir de solides bases en informatique fondamentale.</w:t>
        <w:br/>
        <w:br/>
        <w:br/>
        <w:br/>
        <w:t>De leur côté, les agrégatifs verront qu'une grande part du programme de l'option informatique de l'agrégation de mathématiques est couverte. Ce livre est propice à de nombreux développements pour les leçons à l'oral. Des exercices corrigés permettent en outre une assimilation efficace. "La présentation est exceptionnellement claire et les preuves sont données avec grand soin. Recherche de qualité : les exercices sont accompagnés de solutions qui sont la seule garantie que l'exercice est faisable."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