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Objet Avec Oracle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9782711748754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