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Comptabilite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Ahmed Boukhelifa/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Comptabilité générale/ exercices/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