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Gestion et stratégie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 Chiha/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هومه/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247p.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9961669622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