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nouveau regard sur la na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acques Debys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6883986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