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SQL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Christian soutou/ Rudi BRUCHER/ Frédéric BROUAD/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9782744073182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