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Elie Azoulay/ Jean Avignant/ Guy Auliac/ </w:t>
            </w:r>
          </w:p>
        </w:tc>
      </w:tr>
      <w:tr>
        <w:trPr>
          <w:trHeight w:val="567"/>
        </w:trPr>
        <w:tc>
          <w:tcPr>
            <w:tcW w:type="dxa" w:w="3000"/>
          </w:tcPr>
          <w:p>
            <w:r>
              <w:t>Edition</w:t>
            </w:r>
          </w:p>
        </w:tc>
        <w:tc>
          <w:tcPr>
            <w:tcW w:type="dxa" w:w="7000"/>
          </w:tcPr>
          <w:p>
            <w:r>
              <w:t>3.éd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279p.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9782100067954</w:t>
            </w:r>
          </w:p>
        </w:tc>
      </w:tr>
    </w:tbl>
    <w:p>
      <w:pPr>
        <w:pStyle w:val="Heading3"/>
      </w:pPr>
      <w:r>
        <w:t>Résumé :</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Cette nouvelle édition revue et corrigée recouvre également l'essentiel du programme des classes préparatoires.</w:t>
        <w:br/>
        <w:br/>
        <w:br/>
        <w:br/>
        <w:t>La compréhension du cours est facilitée par de nombreux exemples. Afin d'aider l'étudiant à bien assimiler les notions, de nombreux exercices et problèmes résolus sont proposés à la fin de chaque chapitre. Par ailleurs, un certain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