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Marie Allano-Chevalier/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Hachette Supérieur/ </w:t>
            </w:r>
          </w:p>
        </w:tc>
      </w:tr>
      <w:tr>
        <w:trPr>
          <w:trHeight w:val="567"/>
        </w:trPr>
        <w:tc>
          <w:tcPr>
            <w:tcW w:type="dxa" w:w="3000"/>
          </w:tcPr>
          <w:p>
            <w:r>
              <w:t>Nombre de Pages</w:t>
            </w:r>
          </w:p>
        </w:tc>
        <w:tc>
          <w:tcPr>
            <w:tcW w:type="dxa" w:w="7000"/>
          </w:tcPr>
          <w:p>
            <w:r>
              <w:t>383p.</w:t>
            </w:r>
          </w:p>
        </w:tc>
      </w:tr>
      <w:tr>
        <w:trPr>
          <w:trHeight w:val="567"/>
        </w:trPr>
        <w:tc>
          <w:tcPr>
            <w:tcW w:type="dxa" w:w="3000"/>
          </w:tcPr>
          <w:p>
            <w:r>
              <w:t>Format</w:t>
            </w:r>
          </w:p>
        </w:tc>
        <w:tc>
          <w:tcPr>
            <w:tcW w:type="dxa" w:w="7000"/>
          </w:tcPr>
          <w:p>
            <w:r>
              <w:t>26*20</w:t>
            </w:r>
          </w:p>
        </w:tc>
      </w:tr>
      <w:tr>
        <w:trPr>
          <w:trHeight w:val="567"/>
        </w:trPr>
        <w:tc>
          <w:tcPr>
            <w:tcW w:type="dxa" w:w="3000"/>
          </w:tcPr>
          <w:p>
            <w:r>
              <w:t>Numéro d'Identification</w:t>
            </w:r>
          </w:p>
        </w:tc>
        <w:tc>
          <w:tcPr>
            <w:tcW w:type="dxa" w:w="7000"/>
          </w:tcPr>
          <w:p>
            <w:r>
              <w:t>9782011456458</w:t>
            </w:r>
          </w:p>
        </w:tc>
      </w:tr>
    </w:tbl>
    <w:p>
      <w:pPr>
        <w:pStyle w:val="Heading3"/>
      </w:pPr>
      <w:r>
        <w:t>Résumé :</w:t>
      </w:r>
    </w:p>
    <w:p>
      <w:r>
        <w:t>Cet ouvrage d'exercices et problèmes corrigés de mathématiques de la collection H-Prépa est principalement destiné aux élèves des classes préparatoires aux grandes écoles d'ingénieur (MPSI, PCSI, PTSI) mais aussi aux étudiants des premiers cycles universitaires (DEUG MIAS ou PC) et des IUT, qui les utiliseront avec profit.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