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Maurice Gaultier/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Algèbre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9782100515523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propose d'accompagner l'étudiant de Licence (Mathématiques, Sciences de la Matière) dans son assimilation du cours d'algèbre. Dans chaque chapitre, le lecteur trouvera : un rappel de cours concis; des énoncés d'exercices et de problèmes comportant des questions détaillées et progressives ; les solutions complètes de chaque énoncé ; une fiche de révision pour revoir rapidement les principales notions. En fin d'ouvrage, un index répertorie en 300 entrées les notions du cours illustrées par les exercices et les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