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Elie Azoulay/ Jean Avignant/ Guy Auliac/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279p.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9782100510559</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w:t>
        <w:br/>
        <w:br/>
        <w:br/>
        <w:br/>
        <w:t>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