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Mohamed mehbali/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101033712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