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pratical english 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AJ Thomson/ A.V.Martinet/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9780194313421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