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Vocabulary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Michael  McCarthy/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Oxford University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9780194371360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