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Speaking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Martin Bygate/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Oxford University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9780194371346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