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d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herine Walla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3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