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ylist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ter verdon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9437240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