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Of Mice and Men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9780582461468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