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ential grammar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ymond Murp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67543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