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Heart Of Darkness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Joseph Conrad/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PENGUIN/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18*11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9780140620481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