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 elementary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9780582825017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