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Academic writing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Dorothy E Zemach Lisa  A Rumisek/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9781405086066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