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ne ey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otte bro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2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