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Adventures Of Huckleberry Finn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9780140623185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