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New cutting edge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Sarah Cunningham/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Pearson/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9780582825093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