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ockw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uce Mcgow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4074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