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Illustrated History Of the USA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Bryn O'Callaghan/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9780582749214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