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 to soci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et Hol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82131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