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Technical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Nell Ann    Pickett/ Ann A .laster/ Katherine E.Staples/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9780321003522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