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psycholinguistics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Danny D.Steinberg/ Natalia v.Sciarin/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9780582505759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