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Psycholinguistics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Danny D.Steinberg/ Hiroshi Nagata/ David p.Aline/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9780582039490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