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 for first certificate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Louise Hashemi/ Arbara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9780521690874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