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البق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ص.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قانون التجار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