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pride And Prejudice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9780140623215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