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Jude the obscure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Thomas 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9780140623949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