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science des protéins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jeannine yon -kahn guy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9782868838988</w:t>
            </w:r>
          </w:p>
        </w:tc>
      </w:tr>
    </w:tbl>
    <w:p>
      <w:pPr>
        <w:pStyle w:val="Heading3"/>
      </w:pPr>
      <w:r>
        <w:t>Résumé :</w:t>
      </w:r>
    </w:p>
    <w:p>
      <w:r>
        <w:t>Histoire de la science des protéines permet au lecteur de connaître l'évolution des concepts de ce champ disciplinaire si important à l'ère post-génomique. Marqués par le contexte de l'époque, certains concepts furent l'objet de polémiques. Il y eut des avancées, des échecs, des reprises comme dans l'évolution de toute science. Si les origines furent marquées par la chimie et la chimie-physique naissante, l'évolution des connaissances a bénéficié par la suite de fortes interactions avec la physique, la génétique et l'informatique. Par souci de clarté et pour une lecture agréable, chaque chapitre traite d'un aspect : la structure, la synthèse et sa dynamique, la fonction, l'ingénierie des protéines.</w:t>
        <w:br/>
        <w:br/>
        <w:br/>
        <w:br/>
        <w:t>Cet ouvrage concerne les étudiants et scientifiques Intéressés par la connaissance du vivant (biologistes, chimistes, physiciens, informaticiens et mathématiciens). Les historiens, épistémologues, philosophes devraient y trouver une source de réflexion et d'information.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