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josée hamel luc amyotte/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449p.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9782761317818</w:t>
            </w:r>
          </w:p>
        </w:tc>
      </w:tr>
    </w:tbl>
    <w:p>
      <w:pPr>
        <w:pStyle w:val="Heading3"/>
      </w:pPr>
      <w:r>
        <w:t>Résumé :</w:t>
      </w:r>
    </w:p>
    <w:p>
      <w:r>
        <w:t>L'étude du calcul différentiel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différentiel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différentiel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différentiel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