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Précis de chimie gisela boek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J.L.Guignard/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Maloine/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9782224028435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