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et analyse convexe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Jean- Baptiste Hiriart- Urruty/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fonction de variable réelle complexe, mathématiques, optimisation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9782759803736</w:t>
            </w:r>
          </w:p>
        </w:tc>
      </w:tr>
    </w:tbl>
    <w:p>
      <w:pPr>
        <w:pStyle w:val="Heading3"/>
      </w:pPr>
      <w:r>
        <w:t>Résumé :</w:t>
      </w:r>
    </w:p>
    <w:p>
      <w:r>
        <w:t>Etude de l'optimisation par les conditions d'optimalité, du rôle de la dualisation des problèmes et du monde de l'optimisation linéaire. L'analyse convexe est traitée par l'initialisation à la manipulation des concepts suivants : projection sur un convexe fermé, calcul sous-différentiel et de transformées de Legendre-Frenchel. 160 exercices et problèmes corrigés et parfois commentés.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