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English Handbook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paul emmerson/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9781405086059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