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Telephone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phrase bank and role plays/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9781405082211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