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How to teach speaking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Scott Thornbury/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 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9780582853591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