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How to teach vocabulary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Scott Thornbury/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Pearson Longman/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9780582429666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