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pronunciation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gerald kelly/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9780582429758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