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How to teach english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Jeremy Harmer/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Pearson Longman/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9781405853095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