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nglo sax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mes campb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1439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