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النقدية والمالية البورصات ومشكلاتها في عالم النقد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مروان عطون/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OPU3805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النقد/ الاداري الاقتصاد/ الاسواق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