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السوق و العولمة البديلة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9789961653333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العولمة البديلة/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