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mbassad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ry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79240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