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ast of ed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29294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