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Semantics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Lyons/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0521291860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